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4D9F" w:rsidRPr="003D61DF" w:rsidRDefault="004E4272" w:rsidP="00095F50">
      <w:pPr>
        <w:pStyle w:val="Heading1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Style w:val="Strong"/>
          <w:rFonts w:ascii="Times New Roman" w:hAnsi="Times New Roman" w:cs="Times New Roman"/>
          <w:b/>
          <w:bCs/>
          <w:sz w:val="32"/>
          <w:szCs w:val="32"/>
        </w:rPr>
        <w:t>Sohail</w:t>
      </w:r>
      <w:proofErr w:type="spellEnd"/>
      <w:r>
        <w:rPr>
          <w:rStyle w:val="Strong"/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>
        <w:rPr>
          <w:rStyle w:val="Strong"/>
          <w:rFonts w:ascii="Times New Roman" w:hAnsi="Times New Roman" w:cs="Times New Roman"/>
          <w:b/>
          <w:bCs/>
          <w:sz w:val="32"/>
          <w:szCs w:val="32"/>
        </w:rPr>
        <w:t>Me</w:t>
      </w:r>
      <w:r w:rsidR="00084D9F" w:rsidRPr="003D61DF">
        <w:rPr>
          <w:rStyle w:val="Strong"/>
          <w:rFonts w:ascii="Times New Roman" w:hAnsi="Times New Roman" w:cs="Times New Roman"/>
          <w:b/>
          <w:bCs/>
          <w:sz w:val="32"/>
          <w:szCs w:val="32"/>
        </w:rPr>
        <w:t>hmood</w:t>
      </w:r>
      <w:proofErr w:type="spellEnd"/>
    </w:p>
    <w:p w:rsidR="00084D9F" w:rsidRPr="003D61DF" w:rsidRDefault="00084D9F" w:rsidP="00095F50">
      <w:pPr>
        <w:pStyle w:val="NormalWeb"/>
        <w:rPr>
          <w:sz w:val="28"/>
          <w:szCs w:val="28"/>
        </w:rPr>
      </w:pPr>
      <w:r w:rsidRPr="003D61DF">
        <w:rPr>
          <w:rFonts w:ascii="Segoe UI Symbol" w:hAnsi="Segoe UI Symbol" w:cs="Segoe UI Symbol"/>
          <w:sz w:val="28"/>
          <w:szCs w:val="28"/>
        </w:rPr>
        <w:t>📞</w:t>
      </w:r>
      <w:r w:rsidRPr="003D61DF">
        <w:rPr>
          <w:sz w:val="28"/>
          <w:szCs w:val="28"/>
        </w:rPr>
        <w:t xml:space="preserve"> 0344-5061500 | </w:t>
      </w:r>
      <w:r w:rsidR="00875F96" w:rsidRPr="003D61DF">
        <w:rPr>
          <w:rFonts w:ascii="Segoe UI Symbol" w:hAnsi="Segoe UI Symbol" w:cs="Segoe UI Symbol"/>
          <w:sz w:val="28"/>
          <w:szCs w:val="28"/>
        </w:rPr>
        <w:t>✉</w:t>
      </w:r>
      <w:r w:rsidRPr="003D61DF">
        <w:rPr>
          <w:sz w:val="28"/>
          <w:szCs w:val="28"/>
        </w:rPr>
        <w:t xml:space="preserve"> </w:t>
      </w:r>
      <w:hyperlink r:id="rId6" w:history="1">
        <w:r w:rsidR="004507FD" w:rsidRPr="004507FD">
          <w:rPr>
            <w:rStyle w:val="Hyperlink"/>
            <w:sz w:val="28"/>
            <w:szCs w:val="28"/>
          </w:rPr>
          <w:t>webm723</w:t>
        </w:r>
        <w:r w:rsidRPr="003D61DF">
          <w:rPr>
            <w:rStyle w:val="Hyperlink"/>
            <w:sz w:val="28"/>
            <w:szCs w:val="28"/>
          </w:rPr>
          <w:t>@gmail.com</w:t>
        </w:r>
      </w:hyperlink>
      <w:r w:rsidRPr="003D61DF">
        <w:rPr>
          <w:sz w:val="28"/>
          <w:szCs w:val="28"/>
        </w:rPr>
        <w:br/>
      </w:r>
      <w:r w:rsidRPr="003D61DF">
        <w:rPr>
          <w:rFonts w:ascii="Segoe UI Symbol" w:hAnsi="Segoe UI Symbol" w:cs="Segoe UI Symbol"/>
          <w:sz w:val="28"/>
          <w:szCs w:val="28"/>
        </w:rPr>
        <w:t>📍</w:t>
      </w:r>
      <w:r w:rsidRPr="003D61DF">
        <w:rPr>
          <w:sz w:val="28"/>
          <w:szCs w:val="28"/>
        </w:rPr>
        <w:t xml:space="preserve"> Rawalpindi, Pakistan</w:t>
      </w:r>
    </w:p>
    <w:p w:rsidR="00084D9F" w:rsidRPr="003D61DF" w:rsidRDefault="00AE7A0C" w:rsidP="00095F5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rect id="_x0000_i1025" style="width:0;height:1.5pt" o:hralign="center" o:hrstd="t" o:hr="t" fillcolor="#a0a0a0" stroked="f"/>
        </w:pict>
      </w:r>
    </w:p>
    <w:p w:rsidR="00084D9F" w:rsidRPr="003D61DF" w:rsidRDefault="00084D9F" w:rsidP="00095F50">
      <w:pPr>
        <w:pStyle w:val="Heading2"/>
        <w:rPr>
          <w:rFonts w:ascii="Times New Roman" w:hAnsi="Times New Roman" w:cs="Times New Roman"/>
          <w:sz w:val="28"/>
          <w:szCs w:val="28"/>
        </w:rPr>
      </w:pPr>
      <w:r w:rsidRPr="003D61DF">
        <w:rPr>
          <w:rStyle w:val="Strong"/>
          <w:rFonts w:ascii="Times New Roman" w:hAnsi="Times New Roman" w:cs="Times New Roman"/>
          <w:b/>
          <w:bCs/>
          <w:color w:val="365F91" w:themeColor="accent1" w:themeShade="BF"/>
          <w:sz w:val="32"/>
          <w:szCs w:val="32"/>
        </w:rPr>
        <w:t>Summary</w:t>
      </w:r>
    </w:p>
    <w:p w:rsidR="00084D9F" w:rsidRPr="003D61DF" w:rsidRDefault="00084D9F" w:rsidP="00095F50">
      <w:pPr>
        <w:pStyle w:val="NormalWeb"/>
        <w:jc w:val="both"/>
        <w:rPr>
          <w:sz w:val="28"/>
          <w:szCs w:val="28"/>
        </w:rPr>
      </w:pPr>
      <w:r w:rsidRPr="003D61DF">
        <w:rPr>
          <w:sz w:val="28"/>
          <w:szCs w:val="28"/>
        </w:rPr>
        <w:t>Results-driven Computer Science professional with a Master’s in Computer Science (MSCS) and extensive expertise in software development, web technologies, and database systems. Skilled in designing and implementing efficient solutions with hands-on experience in programming, system design, and digital speech processing research. Adept at delivering projects under high-pressure environments with a strong foundation in C#, Java, PHP, and database management. Seeking to leverage technical expertise and problem-solving abilities to contribute to a forward-thinking organization.</w:t>
      </w:r>
    </w:p>
    <w:p w:rsidR="00084D9F" w:rsidRPr="003D61DF" w:rsidRDefault="00AE7A0C" w:rsidP="00095F5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rect id="_x0000_i1031" style="width:0;height:1.5pt" o:hralign="center" o:hrstd="t" o:hr="t" fillcolor="#a0a0a0" stroked="f"/>
        </w:pict>
      </w:r>
    </w:p>
    <w:p w:rsidR="00084D9F" w:rsidRPr="003D61DF" w:rsidRDefault="00084D9F" w:rsidP="00095F50">
      <w:pPr>
        <w:pStyle w:val="Heading2"/>
        <w:rPr>
          <w:rStyle w:val="Strong"/>
          <w:color w:val="365F91" w:themeColor="accent1" w:themeShade="BF"/>
          <w:sz w:val="32"/>
          <w:szCs w:val="32"/>
        </w:rPr>
      </w:pPr>
      <w:r w:rsidRPr="003D61DF">
        <w:rPr>
          <w:rStyle w:val="Strong"/>
          <w:rFonts w:ascii="Times New Roman" w:hAnsi="Times New Roman" w:cs="Times New Roman"/>
          <w:b/>
          <w:bCs/>
          <w:color w:val="365F91" w:themeColor="accent1" w:themeShade="BF"/>
          <w:sz w:val="32"/>
          <w:szCs w:val="32"/>
        </w:rPr>
        <w:t>Core Competencies</w:t>
      </w:r>
    </w:p>
    <w:p w:rsidR="00084D9F" w:rsidRPr="003D61DF" w:rsidRDefault="00084D9F" w:rsidP="00095F50">
      <w:pPr>
        <w:pStyle w:val="NormalWeb"/>
        <w:numPr>
          <w:ilvl w:val="0"/>
          <w:numId w:val="13"/>
        </w:numPr>
        <w:rPr>
          <w:sz w:val="28"/>
          <w:szCs w:val="28"/>
        </w:rPr>
      </w:pPr>
      <w:r w:rsidRPr="003D61DF">
        <w:rPr>
          <w:rStyle w:val="Strong"/>
          <w:sz w:val="28"/>
          <w:szCs w:val="28"/>
        </w:rPr>
        <w:t>Programming:</w:t>
      </w:r>
      <w:r w:rsidR="004C48E0">
        <w:rPr>
          <w:rStyle w:val="Strong"/>
          <w:sz w:val="28"/>
          <w:szCs w:val="28"/>
        </w:rPr>
        <w:t xml:space="preserve"> </w:t>
      </w:r>
      <w:r w:rsidRPr="003D61DF">
        <w:rPr>
          <w:sz w:val="28"/>
          <w:szCs w:val="28"/>
        </w:rPr>
        <w:t>PHP,</w:t>
      </w:r>
      <w:r w:rsidR="004C48E0">
        <w:rPr>
          <w:sz w:val="28"/>
          <w:szCs w:val="28"/>
        </w:rPr>
        <w:t xml:space="preserve"> Asp.net,</w:t>
      </w:r>
      <w:r w:rsidR="0045135A">
        <w:rPr>
          <w:sz w:val="28"/>
          <w:szCs w:val="28"/>
        </w:rPr>
        <w:t xml:space="preserve"> </w:t>
      </w:r>
      <w:r w:rsidR="0045135A" w:rsidRPr="003D61DF">
        <w:rPr>
          <w:sz w:val="28"/>
          <w:szCs w:val="28"/>
        </w:rPr>
        <w:t>Java</w:t>
      </w:r>
      <w:r w:rsidR="0045135A">
        <w:rPr>
          <w:sz w:val="28"/>
          <w:szCs w:val="28"/>
        </w:rPr>
        <w:t>,</w:t>
      </w:r>
      <w:r w:rsidR="004C48E0">
        <w:rPr>
          <w:sz w:val="28"/>
          <w:szCs w:val="28"/>
        </w:rPr>
        <w:t xml:space="preserve"> Node.js, React, </w:t>
      </w:r>
      <w:r w:rsidRPr="003D61DF">
        <w:rPr>
          <w:sz w:val="28"/>
          <w:szCs w:val="28"/>
        </w:rPr>
        <w:t>JavaScript</w:t>
      </w:r>
      <w:r w:rsidR="006229BC">
        <w:rPr>
          <w:sz w:val="28"/>
          <w:szCs w:val="28"/>
        </w:rPr>
        <w:t xml:space="preserve">, </w:t>
      </w:r>
      <w:proofErr w:type="spellStart"/>
      <w:r w:rsidR="006229BC">
        <w:rPr>
          <w:sz w:val="28"/>
          <w:szCs w:val="28"/>
        </w:rPr>
        <w:t>JQuery</w:t>
      </w:r>
      <w:proofErr w:type="spellEnd"/>
      <w:r w:rsidR="006229BC">
        <w:rPr>
          <w:sz w:val="28"/>
          <w:szCs w:val="28"/>
        </w:rPr>
        <w:t xml:space="preserve">, </w:t>
      </w:r>
      <w:r w:rsidR="006229BC" w:rsidRPr="003D61DF">
        <w:rPr>
          <w:sz w:val="28"/>
          <w:szCs w:val="28"/>
        </w:rPr>
        <w:t>HTML, CSS</w:t>
      </w:r>
    </w:p>
    <w:p w:rsidR="00084D9F" w:rsidRPr="003D61DF" w:rsidRDefault="00084D9F" w:rsidP="00095F50">
      <w:pPr>
        <w:pStyle w:val="NormalWeb"/>
        <w:numPr>
          <w:ilvl w:val="0"/>
          <w:numId w:val="13"/>
        </w:numPr>
        <w:rPr>
          <w:sz w:val="28"/>
          <w:szCs w:val="28"/>
        </w:rPr>
      </w:pPr>
      <w:r w:rsidRPr="003D61DF">
        <w:rPr>
          <w:rStyle w:val="Strong"/>
          <w:sz w:val="28"/>
          <w:szCs w:val="28"/>
        </w:rPr>
        <w:t>Tools &amp; Frameworks:</w:t>
      </w:r>
      <w:r w:rsidRPr="003D61DF">
        <w:rPr>
          <w:sz w:val="28"/>
          <w:szCs w:val="28"/>
        </w:rPr>
        <w:t xml:space="preserve"> Visual Studio, </w:t>
      </w:r>
      <w:r w:rsidR="006C4B60">
        <w:rPr>
          <w:sz w:val="28"/>
          <w:szCs w:val="28"/>
        </w:rPr>
        <w:t>VS Code,</w:t>
      </w:r>
      <w:r w:rsidRPr="003D61DF">
        <w:rPr>
          <w:sz w:val="28"/>
          <w:szCs w:val="28"/>
        </w:rPr>
        <w:t xml:space="preserve"> </w:t>
      </w:r>
      <w:r w:rsidR="006C4B60">
        <w:rPr>
          <w:sz w:val="28"/>
          <w:szCs w:val="28"/>
        </w:rPr>
        <w:t xml:space="preserve">Notepad++, </w:t>
      </w:r>
      <w:proofErr w:type="spellStart"/>
      <w:r w:rsidR="006C4B60">
        <w:rPr>
          <w:sz w:val="28"/>
          <w:szCs w:val="28"/>
        </w:rPr>
        <w:t>Netbean</w:t>
      </w:r>
      <w:proofErr w:type="spellEnd"/>
    </w:p>
    <w:p w:rsidR="00084D9F" w:rsidRPr="003D61DF" w:rsidRDefault="00084D9F" w:rsidP="00095F50">
      <w:pPr>
        <w:pStyle w:val="NormalWeb"/>
        <w:numPr>
          <w:ilvl w:val="0"/>
          <w:numId w:val="13"/>
        </w:numPr>
        <w:rPr>
          <w:sz w:val="28"/>
          <w:szCs w:val="28"/>
        </w:rPr>
      </w:pPr>
      <w:r w:rsidRPr="003D61DF">
        <w:rPr>
          <w:rStyle w:val="Strong"/>
          <w:sz w:val="28"/>
          <w:szCs w:val="28"/>
        </w:rPr>
        <w:t>Database:</w:t>
      </w:r>
      <w:r w:rsidRPr="003D61DF">
        <w:rPr>
          <w:sz w:val="28"/>
          <w:szCs w:val="28"/>
        </w:rPr>
        <w:t xml:space="preserve"> SQL Server, MS Access, MySQL, Oracle</w:t>
      </w:r>
      <w:r w:rsidR="004C48E0">
        <w:rPr>
          <w:sz w:val="28"/>
          <w:szCs w:val="28"/>
        </w:rPr>
        <w:t xml:space="preserve">, </w:t>
      </w:r>
      <w:proofErr w:type="spellStart"/>
      <w:r w:rsidR="004C48E0">
        <w:rPr>
          <w:sz w:val="28"/>
          <w:szCs w:val="28"/>
        </w:rPr>
        <w:t>MongoDB</w:t>
      </w:r>
      <w:proofErr w:type="spellEnd"/>
    </w:p>
    <w:p w:rsidR="00084D9F" w:rsidRPr="003D61DF" w:rsidRDefault="00084D9F" w:rsidP="00095F50">
      <w:pPr>
        <w:pStyle w:val="NormalWeb"/>
        <w:numPr>
          <w:ilvl w:val="0"/>
          <w:numId w:val="13"/>
        </w:numPr>
        <w:rPr>
          <w:sz w:val="28"/>
          <w:szCs w:val="28"/>
        </w:rPr>
      </w:pPr>
      <w:r w:rsidRPr="003D61DF">
        <w:rPr>
          <w:rStyle w:val="Strong"/>
          <w:sz w:val="28"/>
          <w:szCs w:val="28"/>
        </w:rPr>
        <w:t>Platforms:</w:t>
      </w:r>
      <w:r w:rsidR="004C48E0">
        <w:rPr>
          <w:sz w:val="28"/>
          <w:szCs w:val="28"/>
        </w:rPr>
        <w:t xml:space="preserve"> Windows, Linux, </w:t>
      </w:r>
      <w:r w:rsidR="004C48E0" w:rsidRPr="003D61DF">
        <w:rPr>
          <w:sz w:val="28"/>
          <w:szCs w:val="28"/>
        </w:rPr>
        <w:t>Android OS</w:t>
      </w:r>
    </w:p>
    <w:p w:rsidR="00084D9F" w:rsidRPr="003D61DF" w:rsidRDefault="00084D9F" w:rsidP="00095F50">
      <w:pPr>
        <w:pStyle w:val="NormalWeb"/>
        <w:numPr>
          <w:ilvl w:val="0"/>
          <w:numId w:val="13"/>
        </w:numPr>
        <w:rPr>
          <w:sz w:val="28"/>
          <w:szCs w:val="28"/>
        </w:rPr>
      </w:pPr>
      <w:r w:rsidRPr="003D61DF">
        <w:rPr>
          <w:rStyle w:val="Strong"/>
          <w:sz w:val="28"/>
          <w:szCs w:val="28"/>
        </w:rPr>
        <w:t>Other:</w:t>
      </w:r>
      <w:r w:rsidRPr="003D61DF">
        <w:rPr>
          <w:sz w:val="28"/>
          <w:szCs w:val="28"/>
        </w:rPr>
        <w:t xml:space="preserve"> Microsoft Office Suite, Microsoft Visio, CorelDraw</w:t>
      </w:r>
    </w:p>
    <w:p w:rsidR="00084D9F" w:rsidRPr="003D61DF" w:rsidRDefault="00AE7A0C" w:rsidP="00095F5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rect id="_x0000_i1030" style="width:0;height:1.5pt" o:hralign="center" o:hrstd="t" o:hr="t" fillcolor="#a0a0a0" stroked="f"/>
        </w:pict>
      </w:r>
    </w:p>
    <w:p w:rsidR="00084D9F" w:rsidRPr="003D61DF" w:rsidRDefault="00084D9F" w:rsidP="00095F50">
      <w:pPr>
        <w:pStyle w:val="Heading2"/>
        <w:rPr>
          <w:rFonts w:ascii="Times New Roman" w:hAnsi="Times New Roman" w:cs="Times New Roman"/>
          <w:sz w:val="28"/>
          <w:szCs w:val="28"/>
        </w:rPr>
      </w:pPr>
      <w:r w:rsidRPr="003D61DF">
        <w:rPr>
          <w:rStyle w:val="Strong"/>
          <w:rFonts w:ascii="Times New Roman" w:hAnsi="Times New Roman" w:cs="Times New Roman"/>
          <w:b/>
          <w:bCs/>
          <w:color w:val="365F91" w:themeColor="accent1" w:themeShade="BF"/>
          <w:sz w:val="32"/>
          <w:szCs w:val="32"/>
        </w:rPr>
        <w:t>Education</w:t>
      </w:r>
    </w:p>
    <w:p w:rsidR="00084D9F" w:rsidRPr="003D61DF" w:rsidRDefault="00084D9F" w:rsidP="00095F50">
      <w:pPr>
        <w:pStyle w:val="NormalWeb"/>
        <w:rPr>
          <w:sz w:val="28"/>
          <w:szCs w:val="28"/>
        </w:rPr>
      </w:pPr>
      <w:r w:rsidRPr="003D61DF">
        <w:rPr>
          <w:rStyle w:val="Strong"/>
          <w:sz w:val="28"/>
          <w:szCs w:val="28"/>
        </w:rPr>
        <w:t>MS Computer Science (MSCS)</w:t>
      </w:r>
      <w:r w:rsidRPr="003D61DF">
        <w:rPr>
          <w:sz w:val="28"/>
          <w:szCs w:val="28"/>
        </w:rPr>
        <w:t xml:space="preserve"> – 2016</w:t>
      </w:r>
      <w:r w:rsidRPr="003D61DF">
        <w:rPr>
          <w:sz w:val="28"/>
          <w:szCs w:val="28"/>
        </w:rPr>
        <w:br/>
        <w:t>International Islamic University, Islamabad | CGPA: 3.5/4.0</w:t>
      </w:r>
    </w:p>
    <w:p w:rsidR="00084D9F" w:rsidRPr="003D61DF" w:rsidRDefault="00084D9F" w:rsidP="00095F50">
      <w:pPr>
        <w:pStyle w:val="NormalWeb"/>
        <w:rPr>
          <w:sz w:val="28"/>
          <w:szCs w:val="28"/>
        </w:rPr>
      </w:pPr>
      <w:r w:rsidRPr="003D61DF">
        <w:rPr>
          <w:rStyle w:val="Strong"/>
          <w:sz w:val="28"/>
          <w:szCs w:val="28"/>
        </w:rPr>
        <w:t>Master of Computer Science (MCS)</w:t>
      </w:r>
      <w:r w:rsidRPr="003D61DF">
        <w:rPr>
          <w:sz w:val="28"/>
          <w:szCs w:val="28"/>
        </w:rPr>
        <w:t xml:space="preserve"> – 2012</w:t>
      </w:r>
      <w:r w:rsidRPr="003D61DF">
        <w:rPr>
          <w:sz w:val="28"/>
          <w:szCs w:val="28"/>
        </w:rPr>
        <w:br/>
        <w:t xml:space="preserve">University of Azad Jammu &amp; Kashmir, </w:t>
      </w:r>
      <w:proofErr w:type="spellStart"/>
      <w:r w:rsidRPr="003D61DF">
        <w:rPr>
          <w:sz w:val="28"/>
          <w:szCs w:val="28"/>
        </w:rPr>
        <w:t>Muzaffarabad</w:t>
      </w:r>
      <w:proofErr w:type="spellEnd"/>
      <w:r w:rsidRPr="003D61DF">
        <w:rPr>
          <w:sz w:val="28"/>
          <w:szCs w:val="28"/>
        </w:rPr>
        <w:t xml:space="preserve"> | CGPA: 3.37/4.0</w:t>
      </w:r>
    </w:p>
    <w:p w:rsidR="00084D9F" w:rsidRPr="003D61DF" w:rsidRDefault="00084D9F" w:rsidP="00095F50">
      <w:pPr>
        <w:pStyle w:val="NormalWeb"/>
        <w:rPr>
          <w:sz w:val="28"/>
          <w:szCs w:val="28"/>
        </w:rPr>
      </w:pPr>
      <w:r w:rsidRPr="003D61DF">
        <w:rPr>
          <w:rStyle w:val="Strong"/>
          <w:sz w:val="28"/>
          <w:szCs w:val="28"/>
        </w:rPr>
        <w:t>Bachelor of Computer Science (BCS)</w:t>
      </w:r>
      <w:r w:rsidRPr="003D61DF">
        <w:rPr>
          <w:sz w:val="28"/>
          <w:szCs w:val="28"/>
        </w:rPr>
        <w:t xml:space="preserve"> – 2010</w:t>
      </w:r>
      <w:r w:rsidRPr="003D61DF">
        <w:rPr>
          <w:sz w:val="28"/>
          <w:szCs w:val="28"/>
        </w:rPr>
        <w:br/>
        <w:t>University of the Punjab (</w:t>
      </w:r>
      <w:proofErr w:type="spellStart"/>
      <w:r w:rsidRPr="003D61DF">
        <w:rPr>
          <w:sz w:val="28"/>
          <w:szCs w:val="28"/>
        </w:rPr>
        <w:t>Asghar</w:t>
      </w:r>
      <w:proofErr w:type="spellEnd"/>
      <w:r w:rsidRPr="003D61DF">
        <w:rPr>
          <w:sz w:val="28"/>
          <w:szCs w:val="28"/>
        </w:rPr>
        <w:t xml:space="preserve"> Mall College, Rawalpindi) | Score: 397/800</w:t>
      </w:r>
    </w:p>
    <w:p w:rsidR="00084D9F" w:rsidRPr="003D61DF" w:rsidRDefault="00084D9F" w:rsidP="00095F50">
      <w:pPr>
        <w:pStyle w:val="NormalWeb"/>
        <w:rPr>
          <w:sz w:val="28"/>
          <w:szCs w:val="28"/>
        </w:rPr>
      </w:pPr>
      <w:r w:rsidRPr="003D61DF">
        <w:rPr>
          <w:rStyle w:val="Strong"/>
          <w:sz w:val="28"/>
          <w:szCs w:val="28"/>
        </w:rPr>
        <w:t>Higher Secondary School Examination (HSSC)</w:t>
      </w:r>
      <w:r w:rsidRPr="003D61DF">
        <w:rPr>
          <w:sz w:val="28"/>
          <w:szCs w:val="28"/>
        </w:rPr>
        <w:t xml:space="preserve"> – 2008</w:t>
      </w:r>
      <w:r w:rsidRPr="003D61DF">
        <w:rPr>
          <w:sz w:val="28"/>
          <w:szCs w:val="28"/>
        </w:rPr>
        <w:br/>
        <w:t>BISE Rawalpindi | Score: 561/1100</w:t>
      </w:r>
    </w:p>
    <w:p w:rsidR="00084D9F" w:rsidRPr="003D61DF" w:rsidRDefault="00084D9F" w:rsidP="00095F50">
      <w:pPr>
        <w:pStyle w:val="NormalWeb"/>
        <w:rPr>
          <w:sz w:val="28"/>
          <w:szCs w:val="28"/>
        </w:rPr>
      </w:pPr>
      <w:r w:rsidRPr="003D61DF">
        <w:rPr>
          <w:rStyle w:val="Strong"/>
          <w:sz w:val="28"/>
          <w:szCs w:val="28"/>
        </w:rPr>
        <w:lastRenderedPageBreak/>
        <w:t>Matriculation (Science)</w:t>
      </w:r>
      <w:r w:rsidRPr="003D61DF">
        <w:rPr>
          <w:sz w:val="28"/>
          <w:szCs w:val="28"/>
        </w:rPr>
        <w:t xml:space="preserve"> – 2006</w:t>
      </w:r>
      <w:r w:rsidRPr="003D61DF">
        <w:rPr>
          <w:sz w:val="28"/>
          <w:szCs w:val="28"/>
        </w:rPr>
        <w:br/>
        <w:t xml:space="preserve">BISE </w:t>
      </w:r>
      <w:proofErr w:type="spellStart"/>
      <w:r w:rsidRPr="003D61DF">
        <w:rPr>
          <w:sz w:val="28"/>
          <w:szCs w:val="28"/>
        </w:rPr>
        <w:t>Mirpur</w:t>
      </w:r>
      <w:proofErr w:type="spellEnd"/>
      <w:r w:rsidRPr="003D61DF">
        <w:rPr>
          <w:sz w:val="28"/>
          <w:szCs w:val="28"/>
        </w:rPr>
        <w:t xml:space="preserve"> | Score: 556/1050</w:t>
      </w:r>
    </w:p>
    <w:p w:rsidR="00084D9F" w:rsidRPr="003D61DF" w:rsidRDefault="00AE7A0C" w:rsidP="00095F5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rect id="_x0000_i1026" style="width:0;height:1.5pt" o:hralign="center" o:hrstd="t" o:hr="t" fillcolor="#a0a0a0" stroked="f"/>
        </w:pict>
      </w:r>
    </w:p>
    <w:p w:rsidR="00084D9F" w:rsidRPr="003D61DF" w:rsidRDefault="00084D9F" w:rsidP="00095F50">
      <w:pPr>
        <w:pStyle w:val="Heading2"/>
        <w:rPr>
          <w:rStyle w:val="Strong"/>
          <w:color w:val="365F91" w:themeColor="accent1" w:themeShade="BF"/>
          <w:sz w:val="32"/>
          <w:szCs w:val="32"/>
        </w:rPr>
      </w:pPr>
      <w:r w:rsidRPr="003D61DF">
        <w:rPr>
          <w:rStyle w:val="Strong"/>
          <w:rFonts w:ascii="Times New Roman" w:hAnsi="Times New Roman" w:cs="Times New Roman"/>
          <w:b/>
          <w:bCs/>
          <w:color w:val="365F91" w:themeColor="accent1" w:themeShade="BF"/>
          <w:sz w:val="32"/>
          <w:szCs w:val="32"/>
        </w:rPr>
        <w:t>Academic Projects</w:t>
      </w:r>
    </w:p>
    <w:p w:rsidR="00084D9F" w:rsidRPr="003D61DF" w:rsidRDefault="00084D9F" w:rsidP="00095F50">
      <w:pPr>
        <w:pStyle w:val="NormalWeb"/>
        <w:rPr>
          <w:sz w:val="28"/>
          <w:szCs w:val="28"/>
        </w:rPr>
      </w:pPr>
      <w:r w:rsidRPr="003D61DF">
        <w:rPr>
          <w:rStyle w:val="Strong"/>
          <w:sz w:val="28"/>
          <w:szCs w:val="28"/>
        </w:rPr>
        <w:t>Kashmir-Wikipedia (MCS</w:t>
      </w:r>
      <w:proofErr w:type="gramStart"/>
      <w:r w:rsidRPr="003D61DF">
        <w:rPr>
          <w:rStyle w:val="Strong"/>
          <w:sz w:val="28"/>
          <w:szCs w:val="28"/>
        </w:rPr>
        <w:t>)</w:t>
      </w:r>
      <w:proofErr w:type="gramEnd"/>
      <w:r w:rsidRPr="003D61DF">
        <w:rPr>
          <w:sz w:val="28"/>
          <w:szCs w:val="28"/>
        </w:rPr>
        <w:br/>
        <w:t>Developed a web-based collaborative system allowing users to add, edit, and manage information related to Kashmir. Designed with a focus on usability, readability, and secure reference validation.</w:t>
      </w:r>
      <w:r w:rsidRPr="003D61DF">
        <w:rPr>
          <w:sz w:val="28"/>
          <w:szCs w:val="28"/>
        </w:rPr>
        <w:br/>
      </w:r>
      <w:r w:rsidRPr="003D61DF">
        <w:rPr>
          <w:rStyle w:val="Emphasis"/>
          <w:rFonts w:eastAsiaTheme="majorEastAsia"/>
          <w:sz w:val="28"/>
          <w:szCs w:val="28"/>
        </w:rPr>
        <w:t>Technologies:</w:t>
      </w:r>
      <w:r w:rsidRPr="003D61DF">
        <w:rPr>
          <w:sz w:val="28"/>
          <w:szCs w:val="28"/>
        </w:rPr>
        <w:t xml:space="preserve"> PHP, SQL Server, VISIO (UML Diagrams), MS Office</w:t>
      </w:r>
    </w:p>
    <w:p w:rsidR="00084D9F" w:rsidRPr="003D61DF" w:rsidRDefault="00084D9F" w:rsidP="00095F50">
      <w:pPr>
        <w:pStyle w:val="NormalWeb"/>
        <w:rPr>
          <w:sz w:val="28"/>
          <w:szCs w:val="28"/>
        </w:rPr>
      </w:pPr>
      <w:r w:rsidRPr="003D61DF">
        <w:rPr>
          <w:rStyle w:val="Strong"/>
          <w:sz w:val="28"/>
          <w:szCs w:val="28"/>
        </w:rPr>
        <w:t>Digital Speech Self-Recovery via Watermarking (MSCS</w:t>
      </w:r>
      <w:proofErr w:type="gramStart"/>
      <w:r w:rsidRPr="003D61DF">
        <w:rPr>
          <w:rStyle w:val="Strong"/>
          <w:sz w:val="28"/>
          <w:szCs w:val="28"/>
        </w:rPr>
        <w:t>)</w:t>
      </w:r>
      <w:proofErr w:type="gramEnd"/>
      <w:r w:rsidRPr="003D61DF">
        <w:rPr>
          <w:sz w:val="28"/>
          <w:szCs w:val="28"/>
        </w:rPr>
        <w:br/>
        <w:t>Implemented a secure speech watermarking scheme with dynamic watermarking adjustment during mute periods. Enhanced reliability through encryption and recovery algorithms at the receiver end.</w:t>
      </w:r>
      <w:r w:rsidRPr="003D61DF">
        <w:rPr>
          <w:sz w:val="28"/>
          <w:szCs w:val="28"/>
        </w:rPr>
        <w:br/>
      </w:r>
      <w:r w:rsidRPr="003D61DF">
        <w:rPr>
          <w:rStyle w:val="Emphasis"/>
          <w:rFonts w:eastAsiaTheme="majorEastAsia"/>
          <w:sz w:val="28"/>
          <w:szCs w:val="28"/>
        </w:rPr>
        <w:t>Technologies:</w:t>
      </w:r>
      <w:r w:rsidRPr="003D61DF">
        <w:rPr>
          <w:sz w:val="28"/>
          <w:szCs w:val="28"/>
        </w:rPr>
        <w:t xml:space="preserve"> MATLAB, VISIO (UML Diagrams), MS Office</w:t>
      </w:r>
    </w:p>
    <w:p w:rsidR="00084D9F" w:rsidRPr="003D61DF" w:rsidRDefault="00AE7A0C" w:rsidP="00095F5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rect id="_x0000_i1027" style="width:0;height:1.5pt" o:hralign="center" o:hrstd="t" o:hr="t" fillcolor="#a0a0a0" stroked="f"/>
        </w:pict>
      </w:r>
    </w:p>
    <w:p w:rsidR="00084D9F" w:rsidRPr="003D61DF" w:rsidRDefault="00084D9F" w:rsidP="00095F50">
      <w:pPr>
        <w:pStyle w:val="Heading2"/>
        <w:rPr>
          <w:rFonts w:ascii="Times New Roman" w:hAnsi="Times New Roman" w:cs="Times New Roman"/>
          <w:sz w:val="28"/>
          <w:szCs w:val="28"/>
        </w:rPr>
      </w:pPr>
      <w:r w:rsidRPr="003D61DF">
        <w:rPr>
          <w:rStyle w:val="Strong"/>
          <w:rFonts w:ascii="Times New Roman" w:hAnsi="Times New Roman" w:cs="Times New Roman"/>
          <w:b/>
          <w:bCs/>
          <w:color w:val="365F91" w:themeColor="accent1" w:themeShade="BF"/>
          <w:sz w:val="32"/>
          <w:szCs w:val="32"/>
        </w:rPr>
        <w:t>Experience</w:t>
      </w:r>
    </w:p>
    <w:p w:rsidR="00084D9F" w:rsidRPr="003D61DF" w:rsidRDefault="00084D9F" w:rsidP="00095F50">
      <w:pPr>
        <w:pStyle w:val="NormalWeb"/>
        <w:rPr>
          <w:sz w:val="28"/>
          <w:szCs w:val="28"/>
        </w:rPr>
      </w:pPr>
      <w:r w:rsidRPr="003D61DF">
        <w:rPr>
          <w:rStyle w:val="Strong"/>
          <w:sz w:val="28"/>
          <w:szCs w:val="28"/>
        </w:rPr>
        <w:t>Software / Web Engineer</w:t>
      </w:r>
      <w:r w:rsidRPr="003D61DF">
        <w:rPr>
          <w:sz w:val="28"/>
          <w:szCs w:val="28"/>
        </w:rPr>
        <w:br/>
      </w:r>
      <w:r w:rsidRPr="003D61DF">
        <w:rPr>
          <w:rStyle w:val="Emphasis"/>
          <w:rFonts w:eastAsiaTheme="majorEastAsia"/>
          <w:sz w:val="28"/>
          <w:szCs w:val="28"/>
        </w:rPr>
        <w:t xml:space="preserve">Vision Tech 360 | </w:t>
      </w:r>
      <w:r w:rsidR="00167F0D">
        <w:rPr>
          <w:rStyle w:val="Emphasis"/>
          <w:rFonts w:eastAsiaTheme="majorEastAsia"/>
          <w:sz w:val="28"/>
          <w:szCs w:val="28"/>
        </w:rPr>
        <w:t>Jan</w:t>
      </w:r>
      <w:r w:rsidRPr="003D61DF">
        <w:rPr>
          <w:rStyle w:val="Emphasis"/>
          <w:rFonts w:eastAsiaTheme="majorEastAsia"/>
          <w:sz w:val="28"/>
          <w:szCs w:val="28"/>
        </w:rPr>
        <w:t xml:space="preserve"> 2017 – Present</w:t>
      </w:r>
    </w:p>
    <w:p w:rsidR="00084D9F" w:rsidRPr="003D61DF" w:rsidRDefault="00084D9F" w:rsidP="00095F50">
      <w:pPr>
        <w:pStyle w:val="NormalWeb"/>
        <w:numPr>
          <w:ilvl w:val="0"/>
          <w:numId w:val="14"/>
        </w:numPr>
        <w:rPr>
          <w:sz w:val="28"/>
          <w:szCs w:val="28"/>
        </w:rPr>
      </w:pPr>
      <w:r w:rsidRPr="003D61DF">
        <w:rPr>
          <w:sz w:val="28"/>
          <w:szCs w:val="28"/>
        </w:rPr>
        <w:t xml:space="preserve">Develop and maintain enterprise-level applications using </w:t>
      </w:r>
      <w:r w:rsidR="00AE7A0C" w:rsidRPr="00AE7A0C">
        <w:rPr>
          <w:b/>
          <w:sz w:val="28"/>
          <w:szCs w:val="28"/>
        </w:rPr>
        <w:t xml:space="preserve">PHP, </w:t>
      </w:r>
      <w:proofErr w:type="spellStart"/>
      <w:r w:rsidR="00AE7A0C" w:rsidRPr="00AE7A0C">
        <w:rPr>
          <w:b/>
          <w:sz w:val="28"/>
          <w:szCs w:val="28"/>
        </w:rPr>
        <w:t>Mern</w:t>
      </w:r>
      <w:proofErr w:type="spellEnd"/>
      <w:r w:rsidR="00AE7A0C" w:rsidRPr="00AE7A0C">
        <w:rPr>
          <w:b/>
          <w:sz w:val="28"/>
          <w:szCs w:val="28"/>
        </w:rPr>
        <w:t xml:space="preserve"> Stack</w:t>
      </w:r>
      <w:bookmarkStart w:id="0" w:name="_GoBack"/>
      <w:bookmarkEnd w:id="0"/>
      <w:r w:rsidR="00AE7A0C">
        <w:rPr>
          <w:sz w:val="28"/>
          <w:szCs w:val="28"/>
        </w:rPr>
        <w:t xml:space="preserve">, </w:t>
      </w:r>
      <w:r w:rsidRPr="003D61DF">
        <w:rPr>
          <w:rStyle w:val="Strong"/>
          <w:sz w:val="28"/>
          <w:szCs w:val="28"/>
        </w:rPr>
        <w:t>ASP.NET MVC, Web Forms, and SQL Server</w:t>
      </w:r>
      <w:r w:rsidRPr="003D61DF">
        <w:rPr>
          <w:sz w:val="28"/>
          <w:szCs w:val="28"/>
        </w:rPr>
        <w:t>.</w:t>
      </w:r>
    </w:p>
    <w:p w:rsidR="00084D9F" w:rsidRPr="003D61DF" w:rsidRDefault="00084D9F" w:rsidP="00095F50">
      <w:pPr>
        <w:pStyle w:val="NormalWeb"/>
        <w:numPr>
          <w:ilvl w:val="0"/>
          <w:numId w:val="14"/>
        </w:numPr>
        <w:rPr>
          <w:sz w:val="28"/>
          <w:szCs w:val="28"/>
        </w:rPr>
      </w:pPr>
      <w:r w:rsidRPr="003D61DF">
        <w:rPr>
          <w:sz w:val="28"/>
          <w:szCs w:val="28"/>
        </w:rPr>
        <w:t xml:space="preserve">Build and optimize back-end logic with </w:t>
      </w:r>
      <w:r w:rsidRPr="003D61DF">
        <w:rPr>
          <w:rStyle w:val="Strong"/>
          <w:sz w:val="28"/>
          <w:szCs w:val="28"/>
        </w:rPr>
        <w:t>database integration</w:t>
      </w:r>
      <w:r w:rsidRPr="003D61DF">
        <w:rPr>
          <w:sz w:val="28"/>
          <w:szCs w:val="28"/>
        </w:rPr>
        <w:t xml:space="preserve"> and </w:t>
      </w:r>
      <w:r w:rsidRPr="003D61DF">
        <w:rPr>
          <w:rStyle w:val="Strong"/>
          <w:sz w:val="28"/>
          <w:szCs w:val="28"/>
        </w:rPr>
        <w:t>Python automation scripts</w:t>
      </w:r>
      <w:r w:rsidRPr="003D61DF">
        <w:rPr>
          <w:sz w:val="28"/>
          <w:szCs w:val="28"/>
        </w:rPr>
        <w:t>.</w:t>
      </w:r>
    </w:p>
    <w:p w:rsidR="00084D9F" w:rsidRPr="003D61DF" w:rsidRDefault="00084D9F" w:rsidP="00095F50">
      <w:pPr>
        <w:pStyle w:val="NormalWeb"/>
        <w:numPr>
          <w:ilvl w:val="0"/>
          <w:numId w:val="14"/>
        </w:numPr>
        <w:rPr>
          <w:sz w:val="28"/>
          <w:szCs w:val="28"/>
        </w:rPr>
      </w:pPr>
      <w:r w:rsidRPr="003D61DF">
        <w:rPr>
          <w:sz w:val="28"/>
          <w:szCs w:val="28"/>
        </w:rPr>
        <w:t>Collaborate with cross-functional teams to design, test, and deliver scalable business solutions.</w:t>
      </w:r>
    </w:p>
    <w:p w:rsidR="00084D9F" w:rsidRPr="003D61DF" w:rsidRDefault="00084D9F" w:rsidP="00095F50">
      <w:pPr>
        <w:pStyle w:val="NormalWeb"/>
        <w:rPr>
          <w:sz w:val="28"/>
          <w:szCs w:val="28"/>
        </w:rPr>
      </w:pPr>
      <w:r w:rsidRPr="003D61DF">
        <w:rPr>
          <w:rStyle w:val="Strong"/>
          <w:sz w:val="28"/>
          <w:szCs w:val="28"/>
        </w:rPr>
        <w:t>Freelance Developer</w:t>
      </w:r>
      <w:r w:rsidRPr="003D61DF">
        <w:rPr>
          <w:sz w:val="28"/>
          <w:szCs w:val="28"/>
        </w:rPr>
        <w:br/>
      </w:r>
      <w:r w:rsidRPr="003D61DF">
        <w:rPr>
          <w:rStyle w:val="Emphasis"/>
          <w:rFonts w:eastAsiaTheme="majorEastAsia"/>
          <w:sz w:val="28"/>
          <w:szCs w:val="28"/>
        </w:rPr>
        <w:t>Self-employed | 2013 – Present</w:t>
      </w:r>
    </w:p>
    <w:p w:rsidR="00084D9F" w:rsidRPr="003D61DF" w:rsidRDefault="00084D9F" w:rsidP="00095F50">
      <w:pPr>
        <w:pStyle w:val="NormalWeb"/>
        <w:numPr>
          <w:ilvl w:val="0"/>
          <w:numId w:val="15"/>
        </w:numPr>
        <w:rPr>
          <w:sz w:val="28"/>
          <w:szCs w:val="28"/>
        </w:rPr>
      </w:pPr>
      <w:r w:rsidRPr="003D61DF">
        <w:rPr>
          <w:sz w:val="28"/>
          <w:szCs w:val="28"/>
        </w:rPr>
        <w:t>Provide end-to-end software and web solutions using</w:t>
      </w:r>
      <w:r w:rsidR="0082211E">
        <w:rPr>
          <w:sz w:val="28"/>
          <w:szCs w:val="28"/>
        </w:rPr>
        <w:t xml:space="preserve"> </w:t>
      </w:r>
      <w:r w:rsidR="00F24E97">
        <w:rPr>
          <w:rStyle w:val="Strong"/>
          <w:sz w:val="28"/>
          <w:szCs w:val="28"/>
        </w:rPr>
        <w:t>PHP,</w:t>
      </w:r>
      <w:r w:rsidR="00EF1365" w:rsidRPr="00EF1365">
        <w:rPr>
          <w:b/>
          <w:sz w:val="28"/>
          <w:szCs w:val="28"/>
        </w:rPr>
        <w:t xml:space="preserve"> </w:t>
      </w:r>
      <w:r w:rsidR="00EF1365">
        <w:rPr>
          <w:b/>
          <w:sz w:val="28"/>
          <w:szCs w:val="28"/>
        </w:rPr>
        <w:t xml:space="preserve">Asp.net, </w:t>
      </w:r>
      <w:proofErr w:type="spellStart"/>
      <w:r w:rsidR="00EF1365">
        <w:rPr>
          <w:b/>
          <w:sz w:val="28"/>
          <w:szCs w:val="28"/>
        </w:rPr>
        <w:t>Mern</w:t>
      </w:r>
      <w:proofErr w:type="spellEnd"/>
      <w:r w:rsidR="00EF1365">
        <w:rPr>
          <w:b/>
          <w:sz w:val="28"/>
          <w:szCs w:val="28"/>
        </w:rPr>
        <w:t xml:space="preserve"> Stack, Node.js</w:t>
      </w:r>
      <w:r w:rsidR="00EF1365">
        <w:rPr>
          <w:b/>
          <w:sz w:val="28"/>
          <w:szCs w:val="28"/>
        </w:rPr>
        <w:t>,</w:t>
      </w:r>
      <w:r w:rsidRPr="003D61DF">
        <w:rPr>
          <w:rStyle w:val="Strong"/>
          <w:sz w:val="28"/>
          <w:szCs w:val="28"/>
        </w:rPr>
        <w:t xml:space="preserve"> </w:t>
      </w:r>
      <w:r w:rsidR="005E64FB" w:rsidRPr="0082211E">
        <w:rPr>
          <w:b/>
          <w:sz w:val="28"/>
          <w:szCs w:val="28"/>
        </w:rPr>
        <w:t>React</w:t>
      </w:r>
      <w:r w:rsidR="005E64FB">
        <w:rPr>
          <w:b/>
          <w:sz w:val="28"/>
          <w:szCs w:val="28"/>
        </w:rPr>
        <w:t>,</w:t>
      </w:r>
      <w:r w:rsidR="005E64FB" w:rsidRPr="003D61DF">
        <w:rPr>
          <w:rStyle w:val="Strong"/>
          <w:sz w:val="28"/>
          <w:szCs w:val="28"/>
        </w:rPr>
        <w:t xml:space="preserve"> </w:t>
      </w:r>
      <w:r w:rsidRPr="003D61DF">
        <w:rPr>
          <w:rStyle w:val="Strong"/>
          <w:sz w:val="28"/>
          <w:szCs w:val="28"/>
        </w:rPr>
        <w:t xml:space="preserve">JavaScript, </w:t>
      </w:r>
      <w:proofErr w:type="spellStart"/>
      <w:proofErr w:type="gramStart"/>
      <w:r w:rsidRPr="003D61DF">
        <w:rPr>
          <w:rStyle w:val="Strong"/>
          <w:sz w:val="28"/>
          <w:szCs w:val="28"/>
        </w:rPr>
        <w:t>jQuery</w:t>
      </w:r>
      <w:proofErr w:type="spellEnd"/>
      <w:proofErr w:type="gramEnd"/>
      <w:r w:rsidR="00F24E97">
        <w:rPr>
          <w:sz w:val="28"/>
          <w:szCs w:val="28"/>
        </w:rPr>
        <w:t xml:space="preserve">, </w:t>
      </w:r>
      <w:r w:rsidR="00F24E97" w:rsidRPr="003D61DF">
        <w:rPr>
          <w:rStyle w:val="Strong"/>
          <w:sz w:val="28"/>
          <w:szCs w:val="28"/>
        </w:rPr>
        <w:t>HTML, CSS</w:t>
      </w:r>
      <w:r w:rsidR="002F5C29">
        <w:rPr>
          <w:rStyle w:val="Strong"/>
          <w:sz w:val="28"/>
          <w:szCs w:val="28"/>
        </w:rPr>
        <w:t xml:space="preserve"> and</w:t>
      </w:r>
      <w:r w:rsidR="00F24E97" w:rsidRPr="003D61DF">
        <w:rPr>
          <w:rStyle w:val="Strong"/>
          <w:sz w:val="28"/>
          <w:szCs w:val="28"/>
        </w:rPr>
        <w:t xml:space="preserve"> Bootstrap</w:t>
      </w:r>
      <w:r w:rsidR="00F24E97">
        <w:rPr>
          <w:rStyle w:val="Strong"/>
          <w:sz w:val="28"/>
          <w:szCs w:val="28"/>
        </w:rPr>
        <w:t>.</w:t>
      </w:r>
    </w:p>
    <w:p w:rsidR="00084D9F" w:rsidRPr="003D61DF" w:rsidRDefault="00084D9F" w:rsidP="00095F50">
      <w:pPr>
        <w:pStyle w:val="NormalWeb"/>
        <w:numPr>
          <w:ilvl w:val="0"/>
          <w:numId w:val="15"/>
        </w:numPr>
        <w:rPr>
          <w:sz w:val="28"/>
          <w:szCs w:val="28"/>
        </w:rPr>
      </w:pPr>
      <w:r w:rsidRPr="003D61DF">
        <w:rPr>
          <w:sz w:val="28"/>
          <w:szCs w:val="28"/>
        </w:rPr>
        <w:t xml:space="preserve">Designed, developed, and launched platforms including </w:t>
      </w:r>
      <w:r w:rsidRPr="003D61DF">
        <w:rPr>
          <w:rStyle w:val="Strong"/>
          <w:sz w:val="28"/>
          <w:szCs w:val="28"/>
        </w:rPr>
        <w:t>EasyToolWeb.com</w:t>
      </w:r>
      <w:r w:rsidRPr="003D61DF">
        <w:rPr>
          <w:sz w:val="28"/>
          <w:szCs w:val="28"/>
        </w:rPr>
        <w:t xml:space="preserve"> and </w:t>
      </w:r>
      <w:r w:rsidRPr="003D61DF">
        <w:rPr>
          <w:rStyle w:val="Strong"/>
          <w:sz w:val="28"/>
          <w:szCs w:val="28"/>
        </w:rPr>
        <w:t>PakMCQsPlus.com</w:t>
      </w:r>
      <w:r w:rsidRPr="003D61DF">
        <w:rPr>
          <w:sz w:val="28"/>
          <w:szCs w:val="28"/>
        </w:rPr>
        <w:t>.</w:t>
      </w:r>
    </w:p>
    <w:p w:rsidR="00084D9F" w:rsidRPr="003D61DF" w:rsidRDefault="00084D9F" w:rsidP="00095F50">
      <w:pPr>
        <w:pStyle w:val="NormalWeb"/>
        <w:numPr>
          <w:ilvl w:val="0"/>
          <w:numId w:val="15"/>
        </w:numPr>
        <w:rPr>
          <w:sz w:val="28"/>
          <w:szCs w:val="28"/>
        </w:rPr>
      </w:pPr>
      <w:r w:rsidRPr="003D61DF">
        <w:rPr>
          <w:sz w:val="28"/>
          <w:szCs w:val="28"/>
        </w:rPr>
        <w:t>Managed full project lifecycles for international clients, from requirements gathering to deployment.</w:t>
      </w:r>
    </w:p>
    <w:p w:rsidR="00084D9F" w:rsidRPr="003D61DF" w:rsidRDefault="00084D9F" w:rsidP="00095F50">
      <w:pPr>
        <w:pStyle w:val="NormalWeb"/>
        <w:rPr>
          <w:sz w:val="28"/>
          <w:szCs w:val="28"/>
        </w:rPr>
      </w:pPr>
      <w:r w:rsidRPr="003D61DF">
        <w:rPr>
          <w:rStyle w:val="Strong"/>
          <w:sz w:val="28"/>
          <w:szCs w:val="28"/>
        </w:rPr>
        <w:t>Project Supervisor &amp; Developer</w:t>
      </w:r>
      <w:r w:rsidRPr="003D61DF">
        <w:rPr>
          <w:sz w:val="28"/>
          <w:szCs w:val="28"/>
        </w:rPr>
        <w:br/>
      </w:r>
      <w:r w:rsidRPr="003D61DF">
        <w:rPr>
          <w:rStyle w:val="Emphasis"/>
          <w:rFonts w:eastAsiaTheme="majorEastAsia"/>
          <w:sz w:val="28"/>
          <w:szCs w:val="28"/>
        </w:rPr>
        <w:t>Local Clients &amp; Final Year Students | Dec 2013 – Jun 2016</w:t>
      </w:r>
    </w:p>
    <w:p w:rsidR="00084D9F" w:rsidRPr="003D61DF" w:rsidRDefault="00084D9F" w:rsidP="00095F50">
      <w:pPr>
        <w:pStyle w:val="NormalWeb"/>
        <w:numPr>
          <w:ilvl w:val="0"/>
          <w:numId w:val="16"/>
        </w:numPr>
        <w:rPr>
          <w:sz w:val="28"/>
          <w:szCs w:val="28"/>
        </w:rPr>
      </w:pPr>
      <w:r w:rsidRPr="003D61DF">
        <w:rPr>
          <w:sz w:val="28"/>
          <w:szCs w:val="28"/>
        </w:rPr>
        <w:lastRenderedPageBreak/>
        <w:t xml:space="preserve">Supervised and guided university students on final-year projects using </w:t>
      </w:r>
      <w:r w:rsidRPr="003D61DF">
        <w:rPr>
          <w:rStyle w:val="Strong"/>
          <w:sz w:val="28"/>
          <w:szCs w:val="28"/>
        </w:rPr>
        <w:t>C#, ASP.NET, and SQL Server</w:t>
      </w:r>
      <w:r w:rsidRPr="003D61DF">
        <w:rPr>
          <w:sz w:val="28"/>
          <w:szCs w:val="28"/>
        </w:rPr>
        <w:t>.</w:t>
      </w:r>
    </w:p>
    <w:p w:rsidR="00084D9F" w:rsidRPr="003D61DF" w:rsidRDefault="00084D9F" w:rsidP="00095F50">
      <w:pPr>
        <w:pStyle w:val="NormalWeb"/>
        <w:numPr>
          <w:ilvl w:val="0"/>
          <w:numId w:val="16"/>
        </w:numPr>
        <w:rPr>
          <w:sz w:val="28"/>
          <w:szCs w:val="28"/>
        </w:rPr>
      </w:pPr>
      <w:r w:rsidRPr="003D61DF">
        <w:rPr>
          <w:sz w:val="28"/>
          <w:szCs w:val="28"/>
        </w:rPr>
        <w:t>Designed and debugged academic projects with practical, real-world applications.</w:t>
      </w:r>
    </w:p>
    <w:p w:rsidR="00084D9F" w:rsidRPr="003D61DF" w:rsidRDefault="00084D9F" w:rsidP="00095F50">
      <w:pPr>
        <w:pStyle w:val="NormalWeb"/>
        <w:numPr>
          <w:ilvl w:val="0"/>
          <w:numId w:val="16"/>
        </w:numPr>
        <w:rPr>
          <w:sz w:val="28"/>
          <w:szCs w:val="28"/>
        </w:rPr>
      </w:pPr>
      <w:r w:rsidRPr="003D61DF">
        <w:rPr>
          <w:sz w:val="28"/>
          <w:szCs w:val="28"/>
        </w:rPr>
        <w:t xml:space="preserve">Delivered IT solutions for local businesses, including </w:t>
      </w:r>
      <w:r w:rsidRPr="003D61DF">
        <w:rPr>
          <w:rStyle w:val="Strong"/>
          <w:sz w:val="28"/>
          <w:szCs w:val="28"/>
        </w:rPr>
        <w:t>data management systems</w:t>
      </w:r>
      <w:r w:rsidRPr="003D61DF">
        <w:rPr>
          <w:sz w:val="28"/>
          <w:szCs w:val="28"/>
        </w:rPr>
        <w:t xml:space="preserve"> and </w:t>
      </w:r>
      <w:r w:rsidRPr="003D61DF">
        <w:rPr>
          <w:rStyle w:val="Strong"/>
          <w:sz w:val="28"/>
          <w:szCs w:val="28"/>
        </w:rPr>
        <w:t>custom applications</w:t>
      </w:r>
      <w:r w:rsidRPr="003D61DF">
        <w:rPr>
          <w:sz w:val="28"/>
          <w:szCs w:val="28"/>
        </w:rPr>
        <w:t>.</w:t>
      </w:r>
    </w:p>
    <w:p w:rsidR="00084D9F" w:rsidRPr="003D61DF" w:rsidRDefault="00AE7A0C" w:rsidP="00095F5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rect id="_x0000_i1028" style="width:0;height:1.5pt" o:hralign="center" o:hrstd="t" o:hr="t" fillcolor="#a0a0a0" stroked="f"/>
        </w:pict>
      </w:r>
    </w:p>
    <w:p w:rsidR="00084D9F" w:rsidRPr="003D61DF" w:rsidRDefault="00084D9F" w:rsidP="00095F50">
      <w:pPr>
        <w:pStyle w:val="Heading2"/>
        <w:rPr>
          <w:rFonts w:ascii="Times New Roman" w:hAnsi="Times New Roman" w:cs="Times New Roman"/>
          <w:sz w:val="28"/>
          <w:szCs w:val="28"/>
        </w:rPr>
      </w:pPr>
      <w:r w:rsidRPr="003D61DF">
        <w:rPr>
          <w:rStyle w:val="Strong"/>
          <w:rFonts w:ascii="Times New Roman" w:hAnsi="Times New Roman" w:cs="Times New Roman"/>
          <w:b/>
          <w:bCs/>
          <w:color w:val="365F91" w:themeColor="accent1" w:themeShade="BF"/>
          <w:sz w:val="32"/>
          <w:szCs w:val="32"/>
        </w:rPr>
        <w:t>Languages</w:t>
      </w:r>
    </w:p>
    <w:p w:rsidR="00084D9F" w:rsidRPr="003D61DF" w:rsidRDefault="00084D9F" w:rsidP="00095F50">
      <w:pPr>
        <w:pStyle w:val="NormalWeb"/>
        <w:numPr>
          <w:ilvl w:val="0"/>
          <w:numId w:val="17"/>
        </w:numPr>
        <w:rPr>
          <w:sz w:val="28"/>
          <w:szCs w:val="28"/>
        </w:rPr>
      </w:pPr>
      <w:r w:rsidRPr="003D61DF">
        <w:rPr>
          <w:sz w:val="28"/>
          <w:szCs w:val="28"/>
        </w:rPr>
        <w:t>Urdu</w:t>
      </w:r>
    </w:p>
    <w:p w:rsidR="00084D9F" w:rsidRPr="003D61DF" w:rsidRDefault="00084D9F" w:rsidP="00095F50">
      <w:pPr>
        <w:pStyle w:val="NormalWeb"/>
        <w:numPr>
          <w:ilvl w:val="0"/>
          <w:numId w:val="17"/>
        </w:numPr>
        <w:rPr>
          <w:sz w:val="28"/>
          <w:szCs w:val="28"/>
        </w:rPr>
      </w:pPr>
      <w:r w:rsidRPr="003D61DF">
        <w:rPr>
          <w:sz w:val="28"/>
          <w:szCs w:val="28"/>
        </w:rPr>
        <w:t>English</w:t>
      </w:r>
    </w:p>
    <w:p w:rsidR="00084D9F" w:rsidRPr="003D61DF" w:rsidRDefault="00084D9F" w:rsidP="00095F50">
      <w:pPr>
        <w:pStyle w:val="NormalWeb"/>
        <w:numPr>
          <w:ilvl w:val="0"/>
          <w:numId w:val="17"/>
        </w:numPr>
        <w:rPr>
          <w:sz w:val="28"/>
          <w:szCs w:val="28"/>
        </w:rPr>
      </w:pPr>
      <w:proofErr w:type="spellStart"/>
      <w:r w:rsidRPr="003D61DF">
        <w:rPr>
          <w:sz w:val="28"/>
          <w:szCs w:val="28"/>
        </w:rPr>
        <w:t>Hindko</w:t>
      </w:r>
      <w:proofErr w:type="spellEnd"/>
    </w:p>
    <w:p w:rsidR="00084D9F" w:rsidRPr="003D61DF" w:rsidRDefault="00084D9F" w:rsidP="00095F50">
      <w:pPr>
        <w:pStyle w:val="NormalWeb"/>
        <w:numPr>
          <w:ilvl w:val="0"/>
          <w:numId w:val="17"/>
        </w:numPr>
        <w:rPr>
          <w:sz w:val="28"/>
          <w:szCs w:val="28"/>
        </w:rPr>
      </w:pPr>
      <w:r w:rsidRPr="003D61DF">
        <w:rPr>
          <w:sz w:val="28"/>
          <w:szCs w:val="28"/>
        </w:rPr>
        <w:t>Other local languages</w:t>
      </w:r>
    </w:p>
    <w:p w:rsidR="00084D9F" w:rsidRPr="003D61DF" w:rsidRDefault="00AE7A0C" w:rsidP="00095F5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rect id="_x0000_i1029" style="width:0;height:1.5pt" o:hralign="center" o:hrstd="t" o:hr="t" fillcolor="#a0a0a0" stroked="f"/>
        </w:pict>
      </w:r>
    </w:p>
    <w:p w:rsidR="00084D9F" w:rsidRPr="003D61DF" w:rsidRDefault="00084D9F" w:rsidP="00095F50">
      <w:pPr>
        <w:pStyle w:val="Heading2"/>
        <w:rPr>
          <w:rFonts w:ascii="Times New Roman" w:hAnsi="Times New Roman" w:cs="Times New Roman"/>
          <w:sz w:val="28"/>
          <w:szCs w:val="28"/>
        </w:rPr>
      </w:pPr>
      <w:r w:rsidRPr="003D61DF">
        <w:rPr>
          <w:rStyle w:val="Strong"/>
          <w:rFonts w:ascii="Times New Roman" w:hAnsi="Times New Roman" w:cs="Times New Roman"/>
          <w:b/>
          <w:bCs/>
          <w:color w:val="365F91" w:themeColor="accent1" w:themeShade="BF"/>
          <w:sz w:val="32"/>
          <w:szCs w:val="32"/>
        </w:rPr>
        <w:t>Interests</w:t>
      </w:r>
    </w:p>
    <w:p w:rsidR="00084D9F" w:rsidRPr="003D61DF" w:rsidRDefault="00084D9F" w:rsidP="00095F50">
      <w:pPr>
        <w:pStyle w:val="NormalWeb"/>
        <w:numPr>
          <w:ilvl w:val="0"/>
          <w:numId w:val="18"/>
        </w:numPr>
        <w:rPr>
          <w:sz w:val="28"/>
          <w:szCs w:val="28"/>
        </w:rPr>
      </w:pPr>
      <w:r w:rsidRPr="003D61DF">
        <w:rPr>
          <w:sz w:val="28"/>
          <w:szCs w:val="28"/>
        </w:rPr>
        <w:t>Web &amp; Software Development</w:t>
      </w:r>
    </w:p>
    <w:p w:rsidR="00084D9F" w:rsidRPr="003D61DF" w:rsidRDefault="00084D9F" w:rsidP="00095F50">
      <w:pPr>
        <w:pStyle w:val="NormalWeb"/>
        <w:numPr>
          <w:ilvl w:val="0"/>
          <w:numId w:val="18"/>
        </w:numPr>
        <w:rPr>
          <w:sz w:val="28"/>
          <w:szCs w:val="28"/>
        </w:rPr>
      </w:pPr>
      <w:r w:rsidRPr="003D61DF">
        <w:rPr>
          <w:sz w:val="28"/>
          <w:szCs w:val="28"/>
        </w:rPr>
        <w:t>Reading &amp; Internet Research</w:t>
      </w:r>
    </w:p>
    <w:p w:rsidR="005B4043" w:rsidRPr="003D61DF" w:rsidRDefault="00084D9F" w:rsidP="00095F50">
      <w:pPr>
        <w:pStyle w:val="NormalWeb"/>
        <w:numPr>
          <w:ilvl w:val="0"/>
          <w:numId w:val="18"/>
        </w:numPr>
        <w:rPr>
          <w:sz w:val="28"/>
          <w:szCs w:val="28"/>
        </w:rPr>
      </w:pPr>
      <w:r w:rsidRPr="003D61DF">
        <w:rPr>
          <w:sz w:val="28"/>
          <w:szCs w:val="28"/>
        </w:rPr>
        <w:t>Sports</w:t>
      </w:r>
    </w:p>
    <w:sectPr w:rsidR="005B4043" w:rsidRPr="003D61DF" w:rsidSect="00095F5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A32AF6F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12305D49"/>
    <w:multiLevelType w:val="multilevel"/>
    <w:tmpl w:val="18C0D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3456705"/>
    <w:multiLevelType w:val="multilevel"/>
    <w:tmpl w:val="F74A9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71A717C"/>
    <w:multiLevelType w:val="multilevel"/>
    <w:tmpl w:val="F176D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F88591B"/>
    <w:multiLevelType w:val="multilevel"/>
    <w:tmpl w:val="4C70D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98C1B85"/>
    <w:multiLevelType w:val="multilevel"/>
    <w:tmpl w:val="CDBC5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D342622"/>
    <w:multiLevelType w:val="multilevel"/>
    <w:tmpl w:val="332ED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00E3CA3"/>
    <w:multiLevelType w:val="multilevel"/>
    <w:tmpl w:val="15EC5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95B1248"/>
    <w:multiLevelType w:val="multilevel"/>
    <w:tmpl w:val="02002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703042E"/>
    <w:multiLevelType w:val="multilevel"/>
    <w:tmpl w:val="144C1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1"/>
  </w:num>
  <w:num w:numId="11">
    <w:abstractNumId w:val="9"/>
  </w:num>
  <w:num w:numId="12">
    <w:abstractNumId w:val="16"/>
  </w:num>
  <w:num w:numId="13">
    <w:abstractNumId w:val="14"/>
  </w:num>
  <w:num w:numId="14">
    <w:abstractNumId w:val="12"/>
  </w:num>
  <w:num w:numId="15">
    <w:abstractNumId w:val="10"/>
  </w:num>
  <w:num w:numId="16">
    <w:abstractNumId w:val="15"/>
  </w:num>
  <w:num w:numId="17">
    <w:abstractNumId w:val="17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742E8"/>
    <w:rsid w:val="00084D9F"/>
    <w:rsid w:val="00095F50"/>
    <w:rsid w:val="0015074B"/>
    <w:rsid w:val="00167F0D"/>
    <w:rsid w:val="00186352"/>
    <w:rsid w:val="0029639D"/>
    <w:rsid w:val="002F5C29"/>
    <w:rsid w:val="00326F90"/>
    <w:rsid w:val="00385A5C"/>
    <w:rsid w:val="0039169E"/>
    <w:rsid w:val="003D61DF"/>
    <w:rsid w:val="003F10A3"/>
    <w:rsid w:val="004507FD"/>
    <w:rsid w:val="0045135A"/>
    <w:rsid w:val="004B7508"/>
    <w:rsid w:val="004C48E0"/>
    <w:rsid w:val="004E4272"/>
    <w:rsid w:val="005239BF"/>
    <w:rsid w:val="005B4043"/>
    <w:rsid w:val="005E64FB"/>
    <w:rsid w:val="005F55B4"/>
    <w:rsid w:val="006229BC"/>
    <w:rsid w:val="0069342F"/>
    <w:rsid w:val="006C4B60"/>
    <w:rsid w:val="0082211E"/>
    <w:rsid w:val="00875F96"/>
    <w:rsid w:val="00AA1D8D"/>
    <w:rsid w:val="00AA6E6C"/>
    <w:rsid w:val="00AE7A0C"/>
    <w:rsid w:val="00B47730"/>
    <w:rsid w:val="00C13665"/>
    <w:rsid w:val="00C4379B"/>
    <w:rsid w:val="00CB0664"/>
    <w:rsid w:val="00DE446A"/>
    <w:rsid w:val="00EB3112"/>
    <w:rsid w:val="00EF1365"/>
    <w:rsid w:val="00EF1CF1"/>
    <w:rsid w:val="00F24E9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78C4389E-8C9A-4B67-AF7B-E2A194313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unhideWhenUsed/>
    <w:rsid w:val="00084D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84D9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491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ohailr20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D59FDA0-B676-4A77-A0E1-277D4DD70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502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3358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Windows User</cp:lastModifiedBy>
  <cp:revision>66</cp:revision>
  <dcterms:created xsi:type="dcterms:W3CDTF">2013-12-23T23:15:00Z</dcterms:created>
  <dcterms:modified xsi:type="dcterms:W3CDTF">2025-10-25T13:37:00Z</dcterms:modified>
  <cp:category/>
</cp:coreProperties>
</file>